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EDE0" w14:textId="03C7D794" w:rsidR="009701CE" w:rsidRPr="009701CE" w:rsidRDefault="009701CE" w:rsidP="009701CE">
      <w:pPr>
        <w:spacing w:line="360" w:lineRule="auto"/>
        <w:rPr>
          <w:lang w:val="hu-HU"/>
        </w:rPr>
      </w:pPr>
      <w:proofErr w:type="spellStart"/>
      <w:r>
        <w:t>Név</w:t>
      </w:r>
      <w:proofErr w:type="spellEnd"/>
      <w: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</w:t>
      </w:r>
      <w:proofErr w:type="spellStart"/>
      <w:r>
        <w:t>Osztály</w:t>
      </w:r>
      <w:proofErr w:type="spellEnd"/>
      <w:r>
        <w:t xml:space="preserve">: </w:t>
      </w:r>
      <w:r>
        <w:tab/>
      </w:r>
      <w:r>
        <w:tab/>
      </w:r>
      <w:r>
        <w:tab/>
      </w:r>
      <w:r>
        <w:tab/>
      </w:r>
      <w:proofErr w:type="spellStart"/>
      <w:r>
        <w:t>Dátum</w:t>
      </w:r>
      <w:proofErr w:type="spellEnd"/>
      <w:r>
        <w:t>:</w:t>
      </w:r>
      <w:r>
        <w:br/>
      </w:r>
    </w:p>
    <w:p w14:paraId="0DED7F92" w14:textId="7C9BF446" w:rsidR="009701CE" w:rsidRDefault="009701CE" w:rsidP="009701CE">
      <w:pPr>
        <w:spacing w:line="360" w:lineRule="auto"/>
        <w:rPr>
          <w:b/>
          <w:bCs/>
          <w:lang w:val="hu-HU"/>
        </w:rPr>
      </w:pPr>
      <w:r w:rsidRPr="009701CE">
        <w:rPr>
          <w:lang w:val="hu-HU"/>
        </w:rPr>
        <w:t>A feladat megoldásához használhatod</w:t>
      </w:r>
      <w:r>
        <w:rPr>
          <w:lang w:val="hu-HU"/>
        </w:rPr>
        <w:t xml:space="preserve"> </w:t>
      </w:r>
      <w:r w:rsidRPr="009701CE">
        <w:rPr>
          <w:lang w:val="hu-HU"/>
        </w:rPr>
        <w:t xml:space="preserve">a jegyzeteidet, de kérlek, </w:t>
      </w:r>
      <w:r w:rsidRPr="009701CE">
        <w:rPr>
          <w:b/>
          <w:bCs/>
          <w:lang w:val="hu-HU"/>
        </w:rPr>
        <w:t>önállóan dolgozz!</w:t>
      </w:r>
    </w:p>
    <w:p w14:paraId="5A34C631" w14:textId="5DEA53D1" w:rsidR="009701CE" w:rsidRPr="009701CE" w:rsidRDefault="009701CE" w:rsidP="009701CE">
      <w:pPr>
        <w:spacing w:line="360" w:lineRule="auto"/>
        <w:rPr>
          <w:lang w:val="hu-HU"/>
        </w:rPr>
      </w:pPr>
      <w:r>
        <w:rPr>
          <w:lang w:val="hu-HU"/>
        </w:rPr>
        <w:t>A feladatokban kijelöléssel dolgozz! A helyes választ az általad választott színnel jelöld ki!</w:t>
      </w:r>
    </w:p>
    <w:p w14:paraId="6B43CBAB" w14:textId="1872A13F" w:rsidR="009701CE" w:rsidRDefault="009701CE" w:rsidP="009701CE">
      <w:pPr>
        <w:spacing w:line="360" w:lineRule="auto"/>
        <w:rPr>
          <w:lang w:val="hu-HU"/>
        </w:rPr>
      </w:pPr>
      <w:r w:rsidRPr="009701CE">
        <w:rPr>
          <w:b/>
          <w:bCs/>
          <w:lang w:val="hu-HU"/>
        </w:rPr>
        <w:t xml:space="preserve">Ha elkészültél, mentsd el a kitöltött feladatsort, és küldd vissza nekem </w:t>
      </w:r>
      <w:r>
        <w:rPr>
          <w:b/>
          <w:bCs/>
          <w:lang w:val="hu-HU"/>
        </w:rPr>
        <w:t xml:space="preserve">az alábbi e-mail címen </w:t>
      </w:r>
      <w:r w:rsidRPr="009701CE">
        <w:rPr>
          <w:b/>
          <w:bCs/>
          <w:lang w:val="hu-HU"/>
        </w:rPr>
        <w:t>csatolt Word-dokumentumként!</w:t>
      </w:r>
      <w:r w:rsidRPr="009701CE">
        <w:rPr>
          <w:lang w:val="hu-HU"/>
        </w:rPr>
        <w:t xml:space="preserve"> Kérlek, ellenőrizd, hogy minden feladatra válaszoltál-e, mielőtt elküldöd.</w:t>
      </w:r>
    </w:p>
    <w:p w14:paraId="30355D9C" w14:textId="3191FEF9" w:rsidR="009701CE" w:rsidRPr="009701CE" w:rsidRDefault="009701CE" w:rsidP="009701CE">
      <w:pPr>
        <w:spacing w:line="360" w:lineRule="auto"/>
        <w:rPr>
          <w:lang w:val="hu-HU"/>
        </w:rPr>
      </w:pPr>
      <w:r>
        <w:rPr>
          <w:lang w:val="hu-HU"/>
        </w:rPr>
        <w:t>E-mail: guzina.zsofia@semmelweis.hu</w:t>
      </w:r>
    </w:p>
    <w:p w14:paraId="22E951D7" w14:textId="1699A02C" w:rsidR="009701CE" w:rsidRPr="009701CE" w:rsidRDefault="009701CE" w:rsidP="009701CE">
      <w:pPr>
        <w:spacing w:line="360" w:lineRule="auto"/>
        <w:rPr>
          <w:lang w:val="hu-HU"/>
        </w:rPr>
      </w:pPr>
      <w:r w:rsidRPr="009701CE">
        <w:rPr>
          <w:lang w:val="hu-HU"/>
        </w:rPr>
        <w:t xml:space="preserve">Határidő: </w:t>
      </w:r>
      <w:r>
        <w:rPr>
          <w:lang w:val="hu-HU"/>
        </w:rPr>
        <w:t>2026.10.19.</w:t>
      </w:r>
    </w:p>
    <w:p w14:paraId="202B8ABD" w14:textId="55D9BF4A" w:rsidR="009701CE" w:rsidRDefault="009701CE" w:rsidP="009701CE">
      <w:pPr>
        <w:spacing w:line="360" w:lineRule="auto"/>
      </w:pPr>
    </w:p>
    <w:p w14:paraId="29651603" w14:textId="77777777" w:rsidR="001E5B5C" w:rsidRDefault="009701CE" w:rsidP="009701CE">
      <w:pPr>
        <w:spacing w:before="160" w:after="60" w:line="360" w:lineRule="auto"/>
      </w:pPr>
      <w:r>
        <w:rPr>
          <w:b/>
        </w:rPr>
        <w:t xml:space="preserve">1. Melyik városban született Csokonai Vitéz Mihály? </w:t>
      </w:r>
      <w:r>
        <w:rPr>
          <w:i/>
        </w:rPr>
        <w:t>(2 pont)</w:t>
      </w:r>
    </w:p>
    <w:p w14:paraId="260A3640" w14:textId="77777777" w:rsidR="001E5B5C" w:rsidRDefault="009701CE" w:rsidP="009701CE">
      <w:pPr>
        <w:spacing w:after="0" w:line="360" w:lineRule="auto"/>
        <w:ind w:left="283"/>
      </w:pPr>
      <w:r>
        <w:t>A) Sárospatakon</w:t>
      </w:r>
    </w:p>
    <w:p w14:paraId="70D001D3" w14:textId="77777777" w:rsidR="001E5B5C" w:rsidRDefault="009701CE" w:rsidP="009701CE">
      <w:pPr>
        <w:spacing w:after="0" w:line="360" w:lineRule="auto"/>
        <w:ind w:left="283"/>
      </w:pPr>
      <w:r>
        <w:t>B) Pápán</w:t>
      </w:r>
    </w:p>
    <w:p w14:paraId="76E2EDEA" w14:textId="77777777" w:rsidR="001E5B5C" w:rsidRDefault="009701CE" w:rsidP="009701CE">
      <w:pPr>
        <w:spacing w:after="0" w:line="360" w:lineRule="auto"/>
        <w:ind w:left="283"/>
      </w:pPr>
      <w:r>
        <w:t>C) Pozsonyban</w:t>
      </w:r>
    </w:p>
    <w:p w14:paraId="7ACE2A5B" w14:textId="034A59FA" w:rsidR="001E5B5C" w:rsidRDefault="009701CE" w:rsidP="009701CE">
      <w:pPr>
        <w:spacing w:after="0" w:line="360" w:lineRule="auto"/>
        <w:ind w:left="283"/>
      </w:pPr>
      <w:r>
        <w:t xml:space="preserve">D) </w:t>
      </w:r>
      <w:proofErr w:type="spellStart"/>
      <w:r>
        <w:t>Debrecenben</w:t>
      </w:r>
      <w:proofErr w:type="spellEnd"/>
      <w:r>
        <w:br/>
      </w:r>
    </w:p>
    <w:p w14:paraId="523BEB1B" w14:textId="77777777" w:rsidR="001E5B5C" w:rsidRDefault="009701CE" w:rsidP="009701CE">
      <w:pPr>
        <w:spacing w:before="160" w:after="60" w:line="360" w:lineRule="auto"/>
      </w:pPr>
      <w:r>
        <w:rPr>
          <w:b/>
        </w:rPr>
        <w:t xml:space="preserve">2. Melyik évpár jelöli Csokonai Vitéz Mihály születésének és halálának évét? </w:t>
      </w:r>
      <w:r>
        <w:rPr>
          <w:i/>
        </w:rPr>
        <w:t>(2 pont)</w:t>
      </w:r>
    </w:p>
    <w:p w14:paraId="5FB742FF" w14:textId="77777777" w:rsidR="001E5B5C" w:rsidRDefault="009701CE" w:rsidP="009701CE">
      <w:pPr>
        <w:spacing w:after="0" w:line="360" w:lineRule="auto"/>
        <w:ind w:left="283"/>
      </w:pPr>
      <w:r>
        <w:t>A) 1759 és 1828</w:t>
      </w:r>
    </w:p>
    <w:p w14:paraId="149228D3" w14:textId="77777777" w:rsidR="001E5B5C" w:rsidRDefault="009701CE" w:rsidP="009701CE">
      <w:pPr>
        <w:spacing w:after="0" w:line="360" w:lineRule="auto"/>
        <w:ind w:left="283"/>
      </w:pPr>
      <w:r>
        <w:t>B) 1791 és 1825</w:t>
      </w:r>
    </w:p>
    <w:p w14:paraId="4634E79D" w14:textId="77777777" w:rsidR="001E5B5C" w:rsidRDefault="009701CE" w:rsidP="009701CE">
      <w:pPr>
        <w:spacing w:after="0" w:line="360" w:lineRule="auto"/>
        <w:ind w:left="283"/>
      </w:pPr>
      <w:r>
        <w:t>C) 1773 és 1805</w:t>
      </w:r>
    </w:p>
    <w:p w14:paraId="76A65E61" w14:textId="566A72DB" w:rsidR="001E5B5C" w:rsidRDefault="009701CE" w:rsidP="009701CE">
      <w:pPr>
        <w:spacing w:after="0" w:line="360" w:lineRule="auto"/>
        <w:ind w:left="283"/>
      </w:pPr>
      <w:r>
        <w:t xml:space="preserve">D) 1776 </w:t>
      </w:r>
      <w:proofErr w:type="spellStart"/>
      <w:r>
        <w:t>és</w:t>
      </w:r>
      <w:proofErr w:type="spellEnd"/>
      <w:r>
        <w:t xml:space="preserve"> 1836</w:t>
      </w:r>
      <w:r>
        <w:br/>
      </w:r>
    </w:p>
    <w:p w14:paraId="677FA21A" w14:textId="77777777" w:rsidR="001E5B5C" w:rsidRDefault="009701CE" w:rsidP="009701CE">
      <w:pPr>
        <w:spacing w:before="160" w:after="60" w:line="360" w:lineRule="auto"/>
      </w:pPr>
      <w:r>
        <w:rPr>
          <w:b/>
        </w:rPr>
        <w:t xml:space="preserve">3. Melyik intézményben tanult Csokonai Vitéz Mihály? </w:t>
      </w:r>
      <w:r>
        <w:rPr>
          <w:i/>
        </w:rPr>
        <w:t>(2 pont)</w:t>
      </w:r>
    </w:p>
    <w:p w14:paraId="267AAAD2" w14:textId="77777777" w:rsidR="001E5B5C" w:rsidRDefault="009701CE" w:rsidP="009701CE">
      <w:pPr>
        <w:spacing w:after="0" w:line="360" w:lineRule="auto"/>
        <w:ind w:left="283"/>
      </w:pPr>
      <w:r>
        <w:t>A) A Pozsonyi Evangélikus Líceumban, a korszak egyik ismert középiskolájában</w:t>
      </w:r>
    </w:p>
    <w:p w14:paraId="4AF7F8EE" w14:textId="77777777" w:rsidR="001E5B5C" w:rsidRDefault="009701CE" w:rsidP="009701CE">
      <w:pPr>
        <w:spacing w:after="0" w:line="360" w:lineRule="auto"/>
        <w:ind w:left="283"/>
      </w:pPr>
      <w:r>
        <w:t>B) A Sárospataki Református Kollégiumban</w:t>
      </w:r>
    </w:p>
    <w:p w14:paraId="2615969B" w14:textId="77777777" w:rsidR="001E5B5C" w:rsidRDefault="009701CE" w:rsidP="009701CE">
      <w:pPr>
        <w:spacing w:after="0" w:line="360" w:lineRule="auto"/>
        <w:ind w:left="283"/>
      </w:pPr>
      <w:r>
        <w:t>C) A Pápai Református Kollégiumban</w:t>
      </w:r>
    </w:p>
    <w:p w14:paraId="253F917A" w14:textId="4CC52DC0" w:rsidR="001E5B5C" w:rsidRDefault="009701CE" w:rsidP="009701CE">
      <w:pPr>
        <w:spacing w:after="0" w:line="360" w:lineRule="auto"/>
        <w:ind w:left="283"/>
      </w:pPr>
      <w:r>
        <w:t xml:space="preserve">D) A Debreceni </w:t>
      </w:r>
      <w:proofErr w:type="spellStart"/>
      <w:r>
        <w:t>Református</w:t>
      </w:r>
      <w:proofErr w:type="spellEnd"/>
      <w:r>
        <w:t xml:space="preserve"> </w:t>
      </w:r>
      <w:proofErr w:type="spellStart"/>
      <w:r>
        <w:t>Kollégiumban</w:t>
      </w:r>
      <w:proofErr w:type="spellEnd"/>
      <w:r>
        <w:br/>
      </w:r>
    </w:p>
    <w:p w14:paraId="12BCAEA5" w14:textId="77777777" w:rsidR="001E5B5C" w:rsidRDefault="009701CE" w:rsidP="009701CE">
      <w:pPr>
        <w:spacing w:before="160" w:after="60" w:line="360" w:lineRule="auto"/>
      </w:pPr>
      <w:r>
        <w:rPr>
          <w:b/>
        </w:rPr>
        <w:t xml:space="preserve">4. Milyen feladatot látott el Csokonai diákként a debreceni kollégiumban? </w:t>
      </w:r>
      <w:r>
        <w:rPr>
          <w:i/>
        </w:rPr>
        <w:t>(2 pont)</w:t>
      </w:r>
    </w:p>
    <w:p w14:paraId="6B84A1B1" w14:textId="77777777" w:rsidR="001E5B5C" w:rsidRDefault="009701CE" w:rsidP="009701CE">
      <w:pPr>
        <w:spacing w:after="0" w:line="360" w:lineRule="auto"/>
        <w:ind w:left="283"/>
      </w:pPr>
      <w:r>
        <w:t>A) Az iskola nyomdáját irányította, és a kiadványok elkészítését felügyelte</w:t>
      </w:r>
    </w:p>
    <w:p w14:paraId="5A3BF484" w14:textId="77777777" w:rsidR="001E5B5C" w:rsidRDefault="009701CE" w:rsidP="009701CE">
      <w:pPr>
        <w:spacing w:after="0" w:line="360" w:lineRule="auto"/>
        <w:ind w:left="283"/>
      </w:pPr>
      <w:r>
        <w:t>B) Fiatalabb diákokat tanított</w:t>
      </w:r>
    </w:p>
    <w:p w14:paraId="4920577A" w14:textId="77777777" w:rsidR="001E5B5C" w:rsidRDefault="009701CE" w:rsidP="009701CE">
      <w:pPr>
        <w:spacing w:after="0" w:line="360" w:lineRule="auto"/>
        <w:ind w:left="283"/>
      </w:pPr>
      <w:r>
        <w:t>C) A kollégium könyvtárát vezette</w:t>
      </w:r>
    </w:p>
    <w:p w14:paraId="2A045555" w14:textId="437908B3" w:rsidR="009701CE" w:rsidRDefault="009701CE" w:rsidP="009701CE">
      <w:pPr>
        <w:spacing w:after="0" w:line="360" w:lineRule="auto"/>
        <w:ind w:left="283"/>
      </w:pPr>
      <w:r>
        <w:t xml:space="preserve">D) Az </w:t>
      </w:r>
      <w:proofErr w:type="spellStart"/>
      <w:r>
        <w:t>iskola</w:t>
      </w:r>
      <w:proofErr w:type="spellEnd"/>
      <w:r>
        <w:t xml:space="preserve"> </w:t>
      </w:r>
      <w:proofErr w:type="spellStart"/>
      <w:r>
        <w:t>gazdasági</w:t>
      </w:r>
      <w:proofErr w:type="spellEnd"/>
      <w:r>
        <w:t xml:space="preserve"> </w:t>
      </w:r>
      <w:proofErr w:type="spellStart"/>
      <w:r>
        <w:t>ügyeit</w:t>
      </w:r>
      <w:proofErr w:type="spellEnd"/>
      <w:r>
        <w:t xml:space="preserve"> </w:t>
      </w:r>
      <w:proofErr w:type="spellStart"/>
      <w:r>
        <w:t>intézte</w:t>
      </w:r>
      <w:proofErr w:type="spellEnd"/>
    </w:p>
    <w:p w14:paraId="4610D675" w14:textId="77777777" w:rsidR="001E5B5C" w:rsidRDefault="009701CE" w:rsidP="009701CE">
      <w:pPr>
        <w:spacing w:before="160" w:after="60" w:line="360" w:lineRule="auto"/>
      </w:pPr>
      <w:r>
        <w:rPr>
          <w:b/>
        </w:rPr>
        <w:lastRenderedPageBreak/>
        <w:t xml:space="preserve">5. Állítsd időrendbe Csokonai életének eseményeit a legkorábbitól a legkésőbbiig! </w:t>
      </w:r>
      <w:r>
        <w:rPr>
          <w:i/>
        </w:rPr>
        <w:t>(4 pont)</w:t>
      </w:r>
    </w:p>
    <w:p w14:paraId="0F00207F" w14:textId="3235F6BD" w:rsidR="001E5B5C" w:rsidRDefault="009701CE" w:rsidP="009701CE">
      <w:pPr>
        <w:spacing w:line="360" w:lineRule="auto"/>
        <w:ind w:left="283"/>
      </w:pPr>
      <w:r>
        <w:t>__</w:t>
      </w:r>
      <w:r>
        <w:t>_</w:t>
      </w:r>
      <w:proofErr w:type="gramStart"/>
      <w:r>
        <w:t xml:space="preserve">_  </w:t>
      </w:r>
      <w:proofErr w:type="spellStart"/>
      <w:r>
        <w:t>Tanulmányok</w:t>
      </w:r>
      <w:proofErr w:type="spellEnd"/>
      <w:proofErr w:type="gramEnd"/>
      <w:r>
        <w:t xml:space="preserve"> a Debreceni Református Kollégiumban</w:t>
      </w:r>
    </w:p>
    <w:p w14:paraId="12EB6163" w14:textId="77777777" w:rsidR="001E5B5C" w:rsidRDefault="009701CE" w:rsidP="009701CE">
      <w:pPr>
        <w:spacing w:line="360" w:lineRule="auto"/>
        <w:ind w:left="283"/>
      </w:pPr>
      <w:r>
        <w:t>____  A kollégium elhagyása</w:t>
      </w:r>
    </w:p>
    <w:p w14:paraId="6B03BDBF" w14:textId="77777777" w:rsidR="001E5B5C" w:rsidRDefault="009701CE" w:rsidP="009701CE">
      <w:pPr>
        <w:spacing w:line="360" w:lineRule="auto"/>
        <w:ind w:left="283"/>
      </w:pPr>
      <w:r>
        <w:t>____  Ismeretség Vajda Juliannával</w:t>
      </w:r>
    </w:p>
    <w:p w14:paraId="09933DBA" w14:textId="154F8EBA" w:rsidR="001E5B5C" w:rsidRDefault="009701CE" w:rsidP="009701CE">
      <w:pPr>
        <w:spacing w:line="360" w:lineRule="auto"/>
        <w:ind w:left="283"/>
      </w:pPr>
      <w:r>
        <w:t>___</w:t>
      </w:r>
      <w:proofErr w:type="gramStart"/>
      <w:r>
        <w:t>_  Visszatérés</w:t>
      </w:r>
      <w:proofErr w:type="gramEnd"/>
      <w:r>
        <w:t xml:space="preserve"> </w:t>
      </w:r>
      <w:proofErr w:type="spellStart"/>
      <w:r>
        <w:t>Debrecenbe</w:t>
      </w:r>
      <w:proofErr w:type="spellEnd"/>
      <w:r>
        <w:t xml:space="preserve"> </w:t>
      </w:r>
      <w:proofErr w:type="spellStart"/>
      <w:r>
        <w:t>élete</w:t>
      </w:r>
      <w:proofErr w:type="spellEnd"/>
      <w:r>
        <w:t xml:space="preserve"> </w:t>
      </w:r>
      <w:proofErr w:type="spellStart"/>
      <w:r>
        <w:t>utolsó</w:t>
      </w:r>
      <w:proofErr w:type="spellEnd"/>
      <w:r>
        <w:t xml:space="preserve"> </w:t>
      </w:r>
      <w:proofErr w:type="spellStart"/>
      <w:r>
        <w:t>időszakában</w:t>
      </w:r>
      <w:proofErr w:type="spellEnd"/>
      <w:r>
        <w:br/>
      </w:r>
    </w:p>
    <w:p w14:paraId="70B3CD6D" w14:textId="77777777" w:rsidR="001E5B5C" w:rsidRDefault="009701CE" w:rsidP="009701CE">
      <w:pPr>
        <w:spacing w:before="160" w:after="60" w:line="360" w:lineRule="auto"/>
      </w:pPr>
      <w:r>
        <w:rPr>
          <w:b/>
        </w:rPr>
        <w:t xml:space="preserve">6. Ki volt az a nő, akit Csokonai Lilla néven szólított verseiben? </w:t>
      </w:r>
      <w:r>
        <w:rPr>
          <w:i/>
        </w:rPr>
        <w:t>(2 pont)</w:t>
      </w:r>
    </w:p>
    <w:p w14:paraId="3CDCCC07" w14:textId="77777777" w:rsidR="001E5B5C" w:rsidRDefault="009701CE" w:rsidP="009701CE">
      <w:pPr>
        <w:spacing w:after="0" w:line="360" w:lineRule="auto"/>
        <w:ind w:left="283"/>
      </w:pPr>
      <w:r>
        <w:t>A) Vajda Julianna</w:t>
      </w:r>
    </w:p>
    <w:p w14:paraId="7D8C0513" w14:textId="77777777" w:rsidR="001E5B5C" w:rsidRDefault="009701CE" w:rsidP="009701CE">
      <w:pPr>
        <w:spacing w:after="0" w:line="360" w:lineRule="auto"/>
        <w:ind w:left="283"/>
      </w:pPr>
      <w:r>
        <w:t>B) Szendrey Júlia</w:t>
      </w:r>
    </w:p>
    <w:p w14:paraId="7FABB69D" w14:textId="77777777" w:rsidR="001E5B5C" w:rsidRDefault="009701CE" w:rsidP="009701CE">
      <w:pPr>
        <w:spacing w:after="0" w:line="360" w:lineRule="auto"/>
        <w:ind w:left="283"/>
      </w:pPr>
      <w:r>
        <w:t>C) Vágó Márta</w:t>
      </w:r>
    </w:p>
    <w:p w14:paraId="7989AA08" w14:textId="282324ED" w:rsidR="001E5B5C" w:rsidRDefault="009701CE" w:rsidP="009701CE">
      <w:pPr>
        <w:spacing w:after="0" w:line="360" w:lineRule="auto"/>
        <w:ind w:left="283"/>
      </w:pPr>
      <w:r>
        <w:t>D) Tanner Ilona</w:t>
      </w:r>
      <w:r>
        <w:br/>
      </w:r>
    </w:p>
    <w:p w14:paraId="314CDEA2" w14:textId="77777777" w:rsidR="001E5B5C" w:rsidRDefault="009701CE" w:rsidP="009701CE">
      <w:pPr>
        <w:spacing w:before="160" w:after="60" w:line="360" w:lineRule="auto"/>
      </w:pPr>
      <w:r>
        <w:rPr>
          <w:b/>
        </w:rPr>
        <w:t xml:space="preserve">7. Melyik városban ismerkedett meg Csokonai Vajda Juliannával? </w:t>
      </w:r>
      <w:r>
        <w:rPr>
          <w:i/>
        </w:rPr>
        <w:t>(2 pont)</w:t>
      </w:r>
    </w:p>
    <w:p w14:paraId="6D05ABB7" w14:textId="77777777" w:rsidR="001E5B5C" w:rsidRDefault="009701CE" w:rsidP="009701CE">
      <w:pPr>
        <w:spacing w:after="0" w:line="360" w:lineRule="auto"/>
        <w:ind w:left="283"/>
      </w:pPr>
      <w:r>
        <w:t>A) Pozsonyban</w:t>
      </w:r>
    </w:p>
    <w:p w14:paraId="0D997489" w14:textId="77777777" w:rsidR="001E5B5C" w:rsidRDefault="009701CE" w:rsidP="009701CE">
      <w:pPr>
        <w:spacing w:after="0" w:line="360" w:lineRule="auto"/>
        <w:ind w:left="283"/>
      </w:pPr>
      <w:r>
        <w:t>B) Sárospatakon</w:t>
      </w:r>
    </w:p>
    <w:p w14:paraId="5318525B" w14:textId="77777777" w:rsidR="001E5B5C" w:rsidRDefault="009701CE" w:rsidP="009701CE">
      <w:pPr>
        <w:spacing w:after="0" w:line="360" w:lineRule="auto"/>
        <w:ind w:left="283"/>
      </w:pPr>
      <w:r>
        <w:t>C) Debrecenben</w:t>
      </w:r>
    </w:p>
    <w:p w14:paraId="671C5BCD" w14:textId="674C6A24" w:rsidR="001E5B5C" w:rsidRDefault="009701CE" w:rsidP="009701CE">
      <w:pPr>
        <w:spacing w:after="0" w:line="360" w:lineRule="auto"/>
        <w:ind w:left="283"/>
      </w:pPr>
      <w:r>
        <w:t xml:space="preserve">D) </w:t>
      </w:r>
      <w:proofErr w:type="spellStart"/>
      <w:r>
        <w:t>Komáromban</w:t>
      </w:r>
      <w:proofErr w:type="spellEnd"/>
      <w:r>
        <w:br/>
      </w:r>
    </w:p>
    <w:p w14:paraId="45FAB325" w14:textId="77777777" w:rsidR="001E5B5C" w:rsidRDefault="009701CE" w:rsidP="009701CE">
      <w:pPr>
        <w:spacing w:before="160" w:after="60" w:line="360" w:lineRule="auto"/>
      </w:pPr>
      <w:r>
        <w:rPr>
          <w:b/>
        </w:rPr>
        <w:t xml:space="preserve">8. Döntsd el, igazak vagy hamisak az állítások Csokonai Vitéz Mihály életéről! Írd az állítás mellé: I (igaz) vagy H (hamis). </w:t>
      </w:r>
      <w:r>
        <w:rPr>
          <w:i/>
        </w:rPr>
        <w:t>(4 pont)</w:t>
      </w:r>
    </w:p>
    <w:p w14:paraId="3DB76CF5" w14:textId="77777777" w:rsidR="001E5B5C" w:rsidRDefault="009701CE" w:rsidP="009701CE">
      <w:pPr>
        <w:spacing w:line="360" w:lineRule="auto"/>
      </w:pPr>
      <w:r>
        <w:t>____  A Lilla néven megszólított nő Vajda Julianna volt.</w:t>
      </w:r>
    </w:p>
    <w:p w14:paraId="40DBB6AA" w14:textId="77777777" w:rsidR="001E5B5C" w:rsidRDefault="009701CE" w:rsidP="009701CE">
      <w:pPr>
        <w:spacing w:line="360" w:lineRule="auto"/>
      </w:pPr>
      <w:r>
        <w:t>____  Csokonai egész életében a debreceni kollégium tanára maradt.</w:t>
      </w:r>
    </w:p>
    <w:p w14:paraId="47FB726C" w14:textId="77777777" w:rsidR="001E5B5C" w:rsidRDefault="009701CE" w:rsidP="009701CE">
      <w:pPr>
        <w:spacing w:line="360" w:lineRule="auto"/>
      </w:pPr>
      <w:r>
        <w:t>____  Csokonai élete utolsó éveit Komáromban töltötte.</w:t>
      </w:r>
    </w:p>
    <w:p w14:paraId="14616AD6" w14:textId="7990E34E" w:rsidR="001E5B5C" w:rsidRDefault="009701CE" w:rsidP="009701CE">
      <w:pPr>
        <w:spacing w:line="360" w:lineRule="auto"/>
      </w:pPr>
      <w:r>
        <w:t>___</w:t>
      </w:r>
      <w:proofErr w:type="gramStart"/>
      <w:r>
        <w:t>_  Csokonai</w:t>
      </w:r>
      <w:proofErr w:type="gramEnd"/>
      <w:r>
        <w:t xml:space="preserve"> a </w:t>
      </w:r>
      <w:proofErr w:type="spellStart"/>
      <w:r>
        <w:t>debreceni</w:t>
      </w:r>
      <w:proofErr w:type="spellEnd"/>
      <w:r>
        <w:t xml:space="preserve"> </w:t>
      </w:r>
      <w:proofErr w:type="spellStart"/>
      <w:r>
        <w:t>kollégiumban</w:t>
      </w:r>
      <w:proofErr w:type="spellEnd"/>
      <w:r>
        <w:t xml:space="preserve"> </w:t>
      </w:r>
      <w:proofErr w:type="spellStart"/>
      <w:r>
        <w:t>tanult</w:t>
      </w:r>
      <w:proofErr w:type="spellEnd"/>
      <w:r>
        <w:t>.</w:t>
      </w:r>
      <w:r>
        <w:br/>
      </w:r>
    </w:p>
    <w:p w14:paraId="784C3FCC" w14:textId="77777777" w:rsidR="001E5B5C" w:rsidRDefault="009701CE" w:rsidP="009701CE">
      <w:pPr>
        <w:spacing w:before="160" w:after="60" w:line="360" w:lineRule="auto"/>
      </w:pPr>
      <w:r>
        <w:rPr>
          <w:b/>
        </w:rPr>
        <w:t xml:space="preserve">9. Mi történt Csokonai és Vajda Julianna kapcsolatával, miután a költő nem tudott biztos megélhetést teremteni? </w:t>
      </w:r>
      <w:r>
        <w:rPr>
          <w:i/>
        </w:rPr>
        <w:t>(2 pont)</w:t>
      </w:r>
    </w:p>
    <w:p w14:paraId="20386DD2" w14:textId="77777777" w:rsidR="001E5B5C" w:rsidRDefault="009701CE" w:rsidP="009701CE">
      <w:pPr>
        <w:spacing w:after="0" w:line="360" w:lineRule="auto"/>
        <w:ind w:left="283"/>
      </w:pPr>
      <w:r>
        <w:t>A) A tervezett házasság meghiúsult</w:t>
      </w:r>
    </w:p>
    <w:p w14:paraId="2FD9DCBE" w14:textId="77777777" w:rsidR="001E5B5C" w:rsidRDefault="009701CE" w:rsidP="009701CE">
      <w:pPr>
        <w:spacing w:after="0" w:line="360" w:lineRule="auto"/>
        <w:ind w:left="283"/>
      </w:pPr>
      <w:r>
        <w:t>B) A pár együtt költözött Debrecenbe, ahol Csokonai visszatért a kollégiumba tanítani</w:t>
      </w:r>
    </w:p>
    <w:p w14:paraId="53F63B7D" w14:textId="77777777" w:rsidR="001E5B5C" w:rsidRDefault="009701CE" w:rsidP="009701CE">
      <w:pPr>
        <w:spacing w:after="0" w:line="360" w:lineRule="auto"/>
        <w:ind w:left="283"/>
      </w:pPr>
      <w:r>
        <w:t>C) Julianna követte a költőt külföldre, és ott kezdtek közös életet</w:t>
      </w:r>
    </w:p>
    <w:p w14:paraId="3C404522" w14:textId="5AA12D75" w:rsidR="009701CE" w:rsidRDefault="009701CE" w:rsidP="009701CE">
      <w:pPr>
        <w:spacing w:after="0" w:line="360" w:lineRule="auto"/>
        <w:ind w:left="283"/>
      </w:pPr>
      <w:r>
        <w:t xml:space="preserve">D) A </w:t>
      </w:r>
      <w:proofErr w:type="spellStart"/>
      <w:r>
        <w:t>házasságot</w:t>
      </w:r>
      <w:proofErr w:type="spellEnd"/>
      <w:r>
        <w:t xml:space="preserve"> </w:t>
      </w:r>
      <w:proofErr w:type="spellStart"/>
      <w:r>
        <w:t>későbbre</w:t>
      </w:r>
      <w:proofErr w:type="spellEnd"/>
      <w:r>
        <w:t xml:space="preserve"> </w:t>
      </w:r>
      <w:proofErr w:type="spellStart"/>
      <w:r>
        <w:t>halasztották</w:t>
      </w:r>
      <w:proofErr w:type="spellEnd"/>
      <w:r>
        <w:br/>
      </w:r>
    </w:p>
    <w:p w14:paraId="64177450" w14:textId="77777777" w:rsidR="001E5B5C" w:rsidRDefault="009701CE" w:rsidP="009701CE">
      <w:pPr>
        <w:spacing w:before="160" w:after="60" w:line="360" w:lineRule="auto"/>
      </w:pPr>
      <w:r>
        <w:rPr>
          <w:b/>
        </w:rPr>
        <w:lastRenderedPageBreak/>
        <w:t xml:space="preserve">10. Mutasd be Csokonai Vitéz Mihály életútját a debreceni tanulmányoktól haláláig! </w:t>
      </w:r>
      <w:r>
        <w:rPr>
          <w:i/>
        </w:rPr>
        <w:t>(10 pont)</w:t>
      </w:r>
    </w:p>
    <w:p w14:paraId="72D604CA" w14:textId="27D5B320" w:rsidR="001E5B5C" w:rsidRDefault="009701CE" w:rsidP="009701CE">
      <w:pPr>
        <w:spacing w:line="360" w:lineRule="auto"/>
        <w:ind w:left="283"/>
      </w:pPr>
      <w:proofErr w:type="spellStart"/>
      <w:r>
        <w:t>Írj</w:t>
      </w:r>
      <w:proofErr w:type="spellEnd"/>
      <w:r>
        <w:t xml:space="preserve"> </w:t>
      </w:r>
      <w:proofErr w:type="spellStart"/>
      <w:r>
        <w:t>összefüggő</w:t>
      </w:r>
      <w:proofErr w:type="spellEnd"/>
      <w:r>
        <w:t xml:space="preserve">, 5 - 8 </w:t>
      </w:r>
      <w:proofErr w:type="spellStart"/>
      <w:r>
        <w:t>mondatos</w:t>
      </w:r>
      <w:proofErr w:type="spellEnd"/>
      <w:r>
        <w:t xml:space="preserve"> </w:t>
      </w:r>
      <w:proofErr w:type="spellStart"/>
      <w:r>
        <w:t>választ</w:t>
      </w:r>
      <w:proofErr w:type="spellEnd"/>
      <w:r>
        <w:t>! Térj ki a kollégiumi évekre, az iskola elhagyására, a dunántúli időszakra, Vajda Juliannával való kapcsolatára és élete utolsó éveire.</w:t>
      </w:r>
    </w:p>
    <w:p w14:paraId="1DABBC21" w14:textId="47A0B70D" w:rsidR="001E5B5C" w:rsidRDefault="001E5B5C" w:rsidP="009701CE"/>
    <w:sectPr w:rsidR="001E5B5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0330046">
    <w:abstractNumId w:val="8"/>
  </w:num>
  <w:num w:numId="2" w16cid:durableId="1882092592">
    <w:abstractNumId w:val="6"/>
  </w:num>
  <w:num w:numId="3" w16cid:durableId="1056127360">
    <w:abstractNumId w:val="5"/>
  </w:num>
  <w:num w:numId="4" w16cid:durableId="1873301579">
    <w:abstractNumId w:val="4"/>
  </w:num>
  <w:num w:numId="5" w16cid:durableId="386756917">
    <w:abstractNumId w:val="7"/>
  </w:num>
  <w:num w:numId="6" w16cid:durableId="1581135823">
    <w:abstractNumId w:val="3"/>
  </w:num>
  <w:num w:numId="7" w16cid:durableId="1113744494">
    <w:abstractNumId w:val="2"/>
  </w:num>
  <w:num w:numId="8" w16cid:durableId="793137641">
    <w:abstractNumId w:val="1"/>
  </w:num>
  <w:num w:numId="9" w16cid:durableId="480537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B5C"/>
    <w:rsid w:val="0029639D"/>
    <w:rsid w:val="00326F90"/>
    <w:rsid w:val="009701CE"/>
    <w:rsid w:val="00AA1D8D"/>
    <w:rsid w:val="00B47730"/>
    <w:rsid w:val="00C600F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EFBDFC"/>
  <w14:defaultImageDpi w14:val="300"/>
  <w15:docId w15:val="{02948B8F-23B9-4222-B4C5-3E5F0D239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rial" w:eastAsia="Arial" w:hAnsi="Arial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350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Guzina Zsófia</cp:lastModifiedBy>
  <cp:revision>2</cp:revision>
  <dcterms:created xsi:type="dcterms:W3CDTF">2013-12-23T23:15:00Z</dcterms:created>
  <dcterms:modified xsi:type="dcterms:W3CDTF">2026-10-19T09:30:00Z</dcterms:modified>
  <cp:category/>
</cp:coreProperties>
</file>