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FB0DA" w14:textId="77777777" w:rsidR="004B3D6D" w:rsidRDefault="0064317C">
      <w:proofErr w:type="spellStart"/>
      <w:r>
        <w:t>Név</w:t>
      </w:r>
      <w:proofErr w:type="spellEnd"/>
      <w:r>
        <w:t xml:space="preserve">: ____________________________________    </w:t>
      </w:r>
      <w:proofErr w:type="spellStart"/>
      <w:r>
        <w:t>Dátum</w:t>
      </w:r>
      <w:proofErr w:type="spellEnd"/>
      <w:r>
        <w:t>: __________________</w:t>
      </w:r>
    </w:p>
    <w:p w14:paraId="4CC6DAFF" w14:textId="77777777" w:rsidR="00F11847" w:rsidRDefault="00F11847">
      <w:pPr>
        <w:rPr>
          <w:b/>
        </w:rPr>
      </w:pPr>
    </w:p>
    <w:p w14:paraId="0610654E" w14:textId="1D93DE60" w:rsidR="004B3D6D" w:rsidRPr="00F11847" w:rsidRDefault="0064317C">
      <w:pPr>
        <w:rPr>
          <w:sz w:val="28"/>
          <w:szCs w:val="28"/>
        </w:rPr>
      </w:pPr>
      <w:proofErr w:type="spellStart"/>
      <w:r w:rsidRPr="00F11847">
        <w:rPr>
          <w:b/>
          <w:sz w:val="28"/>
          <w:szCs w:val="28"/>
        </w:rPr>
        <w:t>Olvasd</w:t>
      </w:r>
      <w:proofErr w:type="spellEnd"/>
      <w:r w:rsidRPr="00F11847">
        <w:rPr>
          <w:b/>
          <w:sz w:val="28"/>
          <w:szCs w:val="28"/>
        </w:rPr>
        <w:t xml:space="preserve"> el </w:t>
      </w:r>
      <w:proofErr w:type="spellStart"/>
      <w:r w:rsidRPr="00F11847">
        <w:rPr>
          <w:b/>
          <w:sz w:val="28"/>
          <w:szCs w:val="28"/>
        </w:rPr>
        <w:t>figyelmesen</w:t>
      </w:r>
      <w:proofErr w:type="spellEnd"/>
      <w:r w:rsidRPr="00F11847">
        <w:rPr>
          <w:b/>
          <w:sz w:val="28"/>
          <w:szCs w:val="28"/>
        </w:rPr>
        <w:t xml:space="preserve"> a </w:t>
      </w:r>
      <w:proofErr w:type="spellStart"/>
      <w:r w:rsidRPr="00F11847">
        <w:rPr>
          <w:b/>
          <w:sz w:val="28"/>
          <w:szCs w:val="28"/>
        </w:rPr>
        <w:t>szöveget</w:t>
      </w:r>
      <w:proofErr w:type="spellEnd"/>
      <w:r w:rsidRPr="00F11847">
        <w:rPr>
          <w:b/>
          <w:sz w:val="28"/>
          <w:szCs w:val="28"/>
        </w:rPr>
        <w:t>!</w:t>
      </w:r>
    </w:p>
    <w:p w14:paraId="38ED251C" w14:textId="77777777" w:rsidR="00347998" w:rsidRDefault="00347998">
      <w:pPr>
        <w:rPr>
          <w:sz w:val="28"/>
          <w:szCs w:val="28"/>
        </w:rPr>
      </w:pPr>
    </w:p>
    <w:p w14:paraId="4B8EB133" w14:textId="7E7711A7" w:rsidR="004B3D6D" w:rsidRPr="00F11847" w:rsidRDefault="0064317C">
      <w:pPr>
        <w:rPr>
          <w:sz w:val="28"/>
          <w:szCs w:val="28"/>
        </w:rPr>
      </w:pPr>
      <w:r w:rsidRPr="00F11847">
        <w:rPr>
          <w:sz w:val="28"/>
          <w:szCs w:val="28"/>
        </w:rPr>
        <w:t xml:space="preserve">A </w:t>
      </w:r>
      <w:proofErr w:type="spellStart"/>
      <w:r w:rsidRPr="00F11847">
        <w:rPr>
          <w:sz w:val="28"/>
          <w:szCs w:val="28"/>
        </w:rPr>
        <w:t>magyar</w:t>
      </w:r>
      <w:proofErr w:type="spellEnd"/>
      <w:r w:rsidRPr="00F11847">
        <w:rPr>
          <w:sz w:val="28"/>
          <w:szCs w:val="28"/>
        </w:rPr>
        <w:t xml:space="preserve"> </w:t>
      </w:r>
      <w:proofErr w:type="spellStart"/>
      <w:r w:rsidRPr="00F11847">
        <w:rPr>
          <w:sz w:val="28"/>
          <w:szCs w:val="28"/>
        </w:rPr>
        <w:t>puli</w:t>
      </w:r>
      <w:proofErr w:type="spellEnd"/>
    </w:p>
    <w:p w14:paraId="3C30BEA1" w14:textId="77777777" w:rsidR="004B3D6D" w:rsidRPr="00F11847" w:rsidRDefault="0064317C">
      <w:pPr>
        <w:rPr>
          <w:sz w:val="28"/>
          <w:szCs w:val="28"/>
        </w:rPr>
      </w:pPr>
      <w:r w:rsidRPr="00F11847">
        <w:rPr>
          <w:sz w:val="28"/>
          <w:szCs w:val="28"/>
        </w:rPr>
        <w:t>Tartásának előnyei:</w:t>
      </w:r>
    </w:p>
    <w:p w14:paraId="350DFCCF" w14:textId="77777777" w:rsidR="004B3D6D" w:rsidRPr="00F11847" w:rsidRDefault="0064317C">
      <w:pPr>
        <w:rPr>
          <w:sz w:val="28"/>
          <w:szCs w:val="28"/>
        </w:rPr>
      </w:pPr>
      <w:r w:rsidRPr="00F11847">
        <w:rPr>
          <w:sz w:val="28"/>
          <w:szCs w:val="28"/>
        </w:rPr>
        <w:t>– könnyen kiképezhető</w:t>
      </w:r>
    </w:p>
    <w:p w14:paraId="74A84E43" w14:textId="77777777" w:rsidR="004B3D6D" w:rsidRPr="00F11847" w:rsidRDefault="0064317C">
      <w:pPr>
        <w:rPr>
          <w:sz w:val="28"/>
          <w:szCs w:val="28"/>
        </w:rPr>
      </w:pPr>
      <w:r w:rsidRPr="00F11847">
        <w:rPr>
          <w:sz w:val="28"/>
          <w:szCs w:val="28"/>
        </w:rPr>
        <w:t>– remek őrzőkutya</w:t>
      </w:r>
    </w:p>
    <w:p w14:paraId="77CF61F6" w14:textId="77777777" w:rsidR="004B3D6D" w:rsidRPr="00F11847" w:rsidRDefault="0064317C">
      <w:pPr>
        <w:rPr>
          <w:sz w:val="28"/>
          <w:szCs w:val="28"/>
        </w:rPr>
      </w:pPr>
      <w:r w:rsidRPr="00F11847">
        <w:rPr>
          <w:sz w:val="28"/>
          <w:szCs w:val="28"/>
        </w:rPr>
        <w:t>– rendkívül intelligens</w:t>
      </w:r>
    </w:p>
    <w:p w14:paraId="69EE23DC" w14:textId="77777777" w:rsidR="004B3D6D" w:rsidRPr="00F11847" w:rsidRDefault="0064317C">
      <w:pPr>
        <w:rPr>
          <w:sz w:val="28"/>
          <w:szCs w:val="28"/>
        </w:rPr>
      </w:pPr>
      <w:r w:rsidRPr="00F11847">
        <w:rPr>
          <w:sz w:val="28"/>
          <w:szCs w:val="28"/>
        </w:rPr>
        <w:t>– hűséges</w:t>
      </w:r>
    </w:p>
    <w:p w14:paraId="6FE294BF" w14:textId="77777777" w:rsidR="004B3D6D" w:rsidRPr="00F11847" w:rsidRDefault="0064317C">
      <w:pPr>
        <w:rPr>
          <w:sz w:val="28"/>
          <w:szCs w:val="28"/>
        </w:rPr>
      </w:pPr>
      <w:r w:rsidRPr="00F11847">
        <w:rPr>
          <w:sz w:val="28"/>
          <w:szCs w:val="28"/>
        </w:rPr>
        <w:t>– időjárásnak ellenálló bundájú</w:t>
      </w:r>
    </w:p>
    <w:p w14:paraId="62715DD1" w14:textId="77777777" w:rsidR="004B3D6D" w:rsidRPr="00F11847" w:rsidRDefault="0064317C">
      <w:pPr>
        <w:rPr>
          <w:sz w:val="28"/>
          <w:szCs w:val="28"/>
        </w:rPr>
      </w:pPr>
      <w:r w:rsidRPr="00F11847">
        <w:rPr>
          <w:sz w:val="28"/>
          <w:szCs w:val="28"/>
        </w:rPr>
        <w:t>– alkalmazkodó.</w:t>
      </w:r>
    </w:p>
    <w:p w14:paraId="322913A3" w14:textId="77777777" w:rsidR="004B3D6D" w:rsidRPr="00F11847" w:rsidRDefault="004B3D6D">
      <w:pPr>
        <w:rPr>
          <w:sz w:val="28"/>
          <w:szCs w:val="28"/>
        </w:rPr>
      </w:pPr>
    </w:p>
    <w:p w14:paraId="6CE31F97" w14:textId="77777777" w:rsidR="004B3D6D" w:rsidRPr="00F11847" w:rsidRDefault="0064317C">
      <w:pPr>
        <w:rPr>
          <w:sz w:val="28"/>
          <w:szCs w:val="28"/>
        </w:rPr>
      </w:pPr>
      <w:r w:rsidRPr="00F11847">
        <w:rPr>
          <w:sz w:val="28"/>
          <w:szCs w:val="28"/>
        </w:rPr>
        <w:t>Hátrány: hajlamos rá, hogy „egygazdás” kutya legyen.</w:t>
      </w:r>
    </w:p>
    <w:p w14:paraId="603FD9B7" w14:textId="77777777" w:rsidR="004B3D6D" w:rsidRPr="00F11847" w:rsidRDefault="004B3D6D">
      <w:pPr>
        <w:rPr>
          <w:sz w:val="28"/>
          <w:szCs w:val="28"/>
        </w:rPr>
      </w:pPr>
    </w:p>
    <w:p w14:paraId="0C90370C" w14:textId="77777777" w:rsidR="004B3D6D" w:rsidRPr="00F11847" w:rsidRDefault="0064317C">
      <w:pPr>
        <w:rPr>
          <w:sz w:val="28"/>
          <w:szCs w:val="28"/>
        </w:rPr>
      </w:pPr>
      <w:r w:rsidRPr="00F11847">
        <w:rPr>
          <w:sz w:val="28"/>
          <w:szCs w:val="28"/>
        </w:rPr>
        <w:t>Testsúlya 13–15 kg között van. Könnyen felismerhető hosszú, sötét, zsinóros szőrzetéről, melynek ápolása nem is olyan nehéz, mint hinnénk.</w:t>
      </w:r>
    </w:p>
    <w:p w14:paraId="139C7A9D" w14:textId="77777777" w:rsidR="004B3D6D" w:rsidRPr="00F11847" w:rsidRDefault="004B3D6D">
      <w:pPr>
        <w:rPr>
          <w:sz w:val="28"/>
          <w:szCs w:val="28"/>
        </w:rPr>
      </w:pPr>
    </w:p>
    <w:p w14:paraId="751895CD" w14:textId="77777777" w:rsidR="004B3D6D" w:rsidRPr="00F11847" w:rsidRDefault="0064317C">
      <w:pPr>
        <w:rPr>
          <w:sz w:val="28"/>
          <w:szCs w:val="28"/>
        </w:rPr>
      </w:pPr>
      <w:r w:rsidRPr="00F11847">
        <w:rPr>
          <w:sz w:val="28"/>
          <w:szCs w:val="28"/>
        </w:rPr>
        <w:t>Azt mondják, hogy ezer éve létezik és azon pásztorkutyák leszármazottja, melyeket a magyarok vittek be az országba. Egy biztos, ragyogó terelőkutya, s gazdájának hűséges társa.</w:t>
      </w:r>
    </w:p>
    <w:p w14:paraId="4B37BF3A" w14:textId="77777777" w:rsidR="004B3D6D" w:rsidRPr="00F11847" w:rsidRDefault="004B3D6D">
      <w:pPr>
        <w:rPr>
          <w:sz w:val="28"/>
          <w:szCs w:val="28"/>
        </w:rPr>
      </w:pPr>
    </w:p>
    <w:p w14:paraId="34AFE153" w14:textId="77777777" w:rsidR="004B3D6D" w:rsidRPr="00F11847" w:rsidRDefault="0064317C">
      <w:pPr>
        <w:rPr>
          <w:sz w:val="28"/>
          <w:szCs w:val="28"/>
        </w:rPr>
      </w:pPr>
      <w:r w:rsidRPr="00F11847">
        <w:rPr>
          <w:b/>
          <w:sz w:val="28"/>
          <w:szCs w:val="28"/>
        </w:rPr>
        <w:t>1. Húzd alá a szövegben!</w:t>
      </w:r>
    </w:p>
    <w:p w14:paraId="144CB1ED" w14:textId="1A18D7D2" w:rsidR="00F11847" w:rsidRPr="00F11847" w:rsidRDefault="0064317C">
      <w:pPr>
        <w:rPr>
          <w:sz w:val="28"/>
          <w:szCs w:val="28"/>
        </w:rPr>
      </w:pPr>
      <w:r w:rsidRPr="00F11847">
        <w:rPr>
          <w:sz w:val="28"/>
          <w:szCs w:val="28"/>
        </w:rPr>
        <w:t xml:space="preserve">Húzd alá a szövegben azokat a tulajdonságokat, amelyek a </w:t>
      </w:r>
      <w:proofErr w:type="spellStart"/>
      <w:r w:rsidRPr="00F11847">
        <w:rPr>
          <w:sz w:val="28"/>
          <w:szCs w:val="28"/>
        </w:rPr>
        <w:t>magyar</w:t>
      </w:r>
      <w:proofErr w:type="spellEnd"/>
      <w:r w:rsidRPr="00F11847">
        <w:rPr>
          <w:sz w:val="28"/>
          <w:szCs w:val="28"/>
        </w:rPr>
        <w:t xml:space="preserve"> </w:t>
      </w:r>
      <w:proofErr w:type="spellStart"/>
      <w:r w:rsidRPr="00F11847">
        <w:rPr>
          <w:sz w:val="28"/>
          <w:szCs w:val="28"/>
        </w:rPr>
        <w:t>puli</w:t>
      </w:r>
      <w:proofErr w:type="spellEnd"/>
      <w:r w:rsidRPr="00F11847">
        <w:rPr>
          <w:sz w:val="28"/>
          <w:szCs w:val="28"/>
        </w:rPr>
        <w:t xml:space="preserve"> </w:t>
      </w:r>
      <w:proofErr w:type="spellStart"/>
      <w:r w:rsidRPr="00F11847">
        <w:rPr>
          <w:sz w:val="28"/>
          <w:szCs w:val="28"/>
        </w:rPr>
        <w:t>tartásának</w:t>
      </w:r>
      <w:proofErr w:type="spellEnd"/>
      <w:r w:rsidRPr="00F11847">
        <w:rPr>
          <w:sz w:val="28"/>
          <w:szCs w:val="28"/>
        </w:rPr>
        <w:t xml:space="preserve"> </w:t>
      </w:r>
      <w:proofErr w:type="spellStart"/>
      <w:r w:rsidRPr="00F11847">
        <w:rPr>
          <w:sz w:val="28"/>
          <w:szCs w:val="28"/>
        </w:rPr>
        <w:t>előnyei</w:t>
      </w:r>
      <w:proofErr w:type="spellEnd"/>
      <w:r w:rsidRPr="00F11847">
        <w:rPr>
          <w:sz w:val="28"/>
          <w:szCs w:val="28"/>
        </w:rPr>
        <w:t>!</w:t>
      </w:r>
    </w:p>
    <w:p w14:paraId="40AC58F9" w14:textId="77777777" w:rsidR="00F11847" w:rsidRDefault="00F11847"/>
    <w:p w14:paraId="1CC0F2EF" w14:textId="77777777" w:rsidR="004B3D6D" w:rsidRPr="00F11847" w:rsidRDefault="0064317C">
      <w:pPr>
        <w:rPr>
          <w:sz w:val="28"/>
          <w:szCs w:val="28"/>
        </w:rPr>
      </w:pPr>
      <w:r w:rsidRPr="00F11847">
        <w:rPr>
          <w:b/>
          <w:sz w:val="28"/>
          <w:szCs w:val="28"/>
        </w:rPr>
        <w:lastRenderedPageBreak/>
        <w:t>2. Igaz vagy hamis?</w:t>
      </w:r>
    </w:p>
    <w:p w14:paraId="3134696E" w14:textId="77777777" w:rsidR="004B3D6D" w:rsidRPr="00F11847" w:rsidRDefault="0064317C">
      <w:pPr>
        <w:rPr>
          <w:sz w:val="28"/>
          <w:szCs w:val="28"/>
        </w:rPr>
      </w:pPr>
      <w:r w:rsidRPr="00F11847">
        <w:rPr>
          <w:sz w:val="28"/>
          <w:szCs w:val="28"/>
        </w:rPr>
        <w:t>Írd az állítások mellé az I (igaz) vagy H (hamis) betűt!</w:t>
      </w:r>
    </w:p>
    <w:p w14:paraId="42BD7A0D" w14:textId="77777777" w:rsidR="004B3D6D" w:rsidRPr="00F11847" w:rsidRDefault="0064317C">
      <w:pPr>
        <w:spacing w:after="80"/>
        <w:rPr>
          <w:sz w:val="28"/>
          <w:szCs w:val="28"/>
        </w:rPr>
      </w:pPr>
      <w:r w:rsidRPr="00F11847">
        <w:rPr>
          <w:sz w:val="28"/>
          <w:szCs w:val="28"/>
        </w:rPr>
        <w:t>1. A puli könnyen kiképezhető.    ______</w:t>
      </w:r>
    </w:p>
    <w:p w14:paraId="7A001D6F" w14:textId="77777777" w:rsidR="004B3D6D" w:rsidRPr="00F11847" w:rsidRDefault="0064317C">
      <w:pPr>
        <w:spacing w:after="80"/>
        <w:rPr>
          <w:sz w:val="28"/>
          <w:szCs w:val="28"/>
        </w:rPr>
      </w:pPr>
      <w:r w:rsidRPr="00F11847">
        <w:rPr>
          <w:sz w:val="28"/>
          <w:szCs w:val="28"/>
        </w:rPr>
        <w:t>2. A puli nem alkalmas őrzőkutyának.    ______</w:t>
      </w:r>
    </w:p>
    <w:p w14:paraId="71762DEC" w14:textId="77777777" w:rsidR="004B3D6D" w:rsidRPr="00F11847" w:rsidRDefault="0064317C">
      <w:pPr>
        <w:spacing w:after="80"/>
        <w:rPr>
          <w:sz w:val="28"/>
          <w:szCs w:val="28"/>
        </w:rPr>
      </w:pPr>
      <w:r w:rsidRPr="00F11847">
        <w:rPr>
          <w:sz w:val="28"/>
          <w:szCs w:val="28"/>
        </w:rPr>
        <w:t>3. A puli rendkívül intelligens.    ______</w:t>
      </w:r>
    </w:p>
    <w:p w14:paraId="0F488152" w14:textId="352C1CC8" w:rsidR="004B3D6D" w:rsidRPr="00F11847" w:rsidRDefault="00347998">
      <w:pPr>
        <w:spacing w:after="80"/>
        <w:rPr>
          <w:sz w:val="28"/>
          <w:szCs w:val="28"/>
        </w:rPr>
      </w:pPr>
      <w:r>
        <w:rPr>
          <w:sz w:val="28"/>
          <w:szCs w:val="28"/>
        </w:rPr>
        <w:t>4</w:t>
      </w:r>
      <w:r w:rsidR="0064317C" w:rsidRPr="00F11847">
        <w:rPr>
          <w:sz w:val="28"/>
          <w:szCs w:val="28"/>
        </w:rPr>
        <w:t>. A puli hajlamos lehet arra, hogy „egygazdás” kutya legyen.    ______</w:t>
      </w:r>
    </w:p>
    <w:p w14:paraId="6B95DD7C" w14:textId="0611A361" w:rsidR="004B3D6D" w:rsidRPr="00F11847" w:rsidRDefault="00347998">
      <w:pPr>
        <w:spacing w:after="80"/>
        <w:rPr>
          <w:sz w:val="28"/>
          <w:szCs w:val="28"/>
        </w:rPr>
      </w:pPr>
      <w:r>
        <w:rPr>
          <w:sz w:val="28"/>
          <w:szCs w:val="28"/>
        </w:rPr>
        <w:t>5</w:t>
      </w:r>
      <w:r w:rsidR="0064317C" w:rsidRPr="00F11847">
        <w:rPr>
          <w:sz w:val="28"/>
          <w:szCs w:val="28"/>
        </w:rPr>
        <w:t>. A puli testsúlya 13–15 kg között van.    ______</w:t>
      </w:r>
    </w:p>
    <w:p w14:paraId="6F5ECED0" w14:textId="62732430" w:rsidR="004B3D6D" w:rsidRPr="00F11847" w:rsidRDefault="00347998">
      <w:pPr>
        <w:spacing w:after="80"/>
        <w:rPr>
          <w:sz w:val="28"/>
          <w:szCs w:val="28"/>
        </w:rPr>
      </w:pPr>
      <w:r>
        <w:rPr>
          <w:sz w:val="28"/>
          <w:szCs w:val="28"/>
        </w:rPr>
        <w:t>6</w:t>
      </w:r>
      <w:r w:rsidR="0064317C" w:rsidRPr="00F11847">
        <w:rPr>
          <w:sz w:val="28"/>
          <w:szCs w:val="28"/>
        </w:rPr>
        <w:t>. A puli rövid, világos szőrzetéről könnyen felismerhető.    ______</w:t>
      </w:r>
    </w:p>
    <w:p w14:paraId="164A52D8" w14:textId="53295379" w:rsidR="004B3D6D" w:rsidRPr="00F11847" w:rsidRDefault="00347998">
      <w:pPr>
        <w:spacing w:after="80"/>
        <w:rPr>
          <w:sz w:val="28"/>
          <w:szCs w:val="28"/>
        </w:rPr>
      </w:pPr>
      <w:r>
        <w:rPr>
          <w:sz w:val="28"/>
          <w:szCs w:val="28"/>
        </w:rPr>
        <w:t>7</w:t>
      </w:r>
      <w:r w:rsidR="0064317C" w:rsidRPr="00F11847">
        <w:rPr>
          <w:sz w:val="28"/>
          <w:szCs w:val="28"/>
        </w:rPr>
        <w:t>. A puli nem terelőkutyaként, hanem vadászkutyaként ismert.    ______</w:t>
      </w:r>
    </w:p>
    <w:p w14:paraId="3C58ED07" w14:textId="77777777" w:rsidR="004B3D6D" w:rsidRPr="00F11847" w:rsidRDefault="004B3D6D">
      <w:pPr>
        <w:rPr>
          <w:sz w:val="28"/>
          <w:szCs w:val="28"/>
        </w:rPr>
      </w:pPr>
    </w:p>
    <w:p w14:paraId="3A8A071A" w14:textId="77777777" w:rsidR="004B3D6D" w:rsidRPr="00F11847" w:rsidRDefault="0064317C">
      <w:pPr>
        <w:rPr>
          <w:sz w:val="28"/>
          <w:szCs w:val="28"/>
        </w:rPr>
      </w:pPr>
      <w:r w:rsidRPr="00F11847">
        <w:rPr>
          <w:b/>
          <w:sz w:val="28"/>
          <w:szCs w:val="28"/>
        </w:rPr>
        <w:t>3. Húzd alá a helyes választ!</w:t>
      </w:r>
    </w:p>
    <w:p w14:paraId="5C3F36F4" w14:textId="77777777" w:rsidR="004B3D6D" w:rsidRPr="00F11847" w:rsidRDefault="0064317C">
      <w:pPr>
        <w:rPr>
          <w:sz w:val="28"/>
          <w:szCs w:val="28"/>
        </w:rPr>
      </w:pPr>
      <w:r w:rsidRPr="00F11847">
        <w:rPr>
          <w:sz w:val="28"/>
          <w:szCs w:val="28"/>
        </w:rPr>
        <w:t>1. A puli testsúlya: 8–10 kg / 13–15 kg / 20–25 kg</w:t>
      </w:r>
    </w:p>
    <w:p w14:paraId="002C0590" w14:textId="77777777" w:rsidR="004B3D6D" w:rsidRPr="00F11847" w:rsidRDefault="0064317C">
      <w:pPr>
        <w:rPr>
          <w:sz w:val="28"/>
          <w:szCs w:val="28"/>
        </w:rPr>
      </w:pPr>
      <w:r w:rsidRPr="00F11847">
        <w:rPr>
          <w:sz w:val="28"/>
          <w:szCs w:val="28"/>
        </w:rPr>
        <w:t>2. A puli szőrzete: hosszú, sötét, zsinóros / rövid és sima / rövid és göndör</w:t>
      </w:r>
    </w:p>
    <w:p w14:paraId="33DE0D66" w14:textId="77777777" w:rsidR="004B3D6D" w:rsidRPr="00F11847" w:rsidRDefault="0064317C">
      <w:pPr>
        <w:rPr>
          <w:sz w:val="28"/>
          <w:szCs w:val="28"/>
        </w:rPr>
      </w:pPr>
      <w:r w:rsidRPr="00F11847">
        <w:rPr>
          <w:sz w:val="28"/>
          <w:szCs w:val="28"/>
        </w:rPr>
        <w:t>3. A puli egyik szerepe: terelőkutyaként dolgozik / kizárólag öleb / kizárólag vadászkutya</w:t>
      </w:r>
    </w:p>
    <w:p w14:paraId="7E6A547A" w14:textId="41DBDAE9" w:rsidR="004B3D6D" w:rsidRPr="00F11847" w:rsidRDefault="0064317C">
      <w:pPr>
        <w:rPr>
          <w:sz w:val="28"/>
          <w:szCs w:val="28"/>
        </w:rPr>
      </w:pPr>
      <w:r w:rsidRPr="00F11847">
        <w:rPr>
          <w:sz w:val="28"/>
          <w:szCs w:val="28"/>
        </w:rPr>
        <w:br w:type="page"/>
      </w:r>
    </w:p>
    <w:p w14:paraId="5037CFE5" w14:textId="77777777" w:rsidR="004B3D6D" w:rsidRPr="0064317C" w:rsidRDefault="0064317C">
      <w:pPr>
        <w:pageBreakBefore/>
        <w:rPr>
          <w:sz w:val="24"/>
          <w:szCs w:val="24"/>
        </w:rPr>
      </w:pPr>
      <w:r w:rsidRPr="0064317C">
        <w:rPr>
          <w:b/>
          <w:sz w:val="28"/>
          <w:szCs w:val="24"/>
        </w:rPr>
        <w:lastRenderedPageBreak/>
        <w:t>4. Szövegértés – válaszolj a kérdésekre!</w:t>
      </w:r>
    </w:p>
    <w:p w14:paraId="082F5C89" w14:textId="77777777" w:rsidR="004B3D6D" w:rsidRPr="0064317C" w:rsidRDefault="004B3D6D">
      <w:pPr>
        <w:rPr>
          <w:sz w:val="24"/>
          <w:szCs w:val="24"/>
        </w:rPr>
      </w:pPr>
    </w:p>
    <w:p w14:paraId="4E269062" w14:textId="292A5F5A" w:rsidR="00902923" w:rsidRPr="0064317C" w:rsidRDefault="00902923" w:rsidP="00902923">
      <w:pPr>
        <w:spacing w:after="140"/>
        <w:rPr>
          <w:sz w:val="24"/>
          <w:szCs w:val="24"/>
        </w:rPr>
      </w:pPr>
      <w:r w:rsidRPr="0064317C">
        <w:rPr>
          <w:sz w:val="24"/>
          <w:szCs w:val="24"/>
        </w:rPr>
        <w:t>1.</w:t>
      </w:r>
      <w:r w:rsidR="0064317C" w:rsidRPr="0064317C">
        <w:rPr>
          <w:sz w:val="24"/>
          <w:szCs w:val="24"/>
        </w:rPr>
        <w:t xml:space="preserve">Sorolj </w:t>
      </w:r>
      <w:proofErr w:type="spellStart"/>
      <w:r w:rsidR="0064317C" w:rsidRPr="0064317C">
        <w:rPr>
          <w:sz w:val="24"/>
          <w:szCs w:val="24"/>
        </w:rPr>
        <w:t>fel</w:t>
      </w:r>
      <w:proofErr w:type="spellEnd"/>
      <w:r w:rsidR="0064317C" w:rsidRPr="0064317C">
        <w:rPr>
          <w:sz w:val="24"/>
          <w:szCs w:val="24"/>
        </w:rPr>
        <w:t xml:space="preserve"> </w:t>
      </w:r>
      <w:proofErr w:type="spellStart"/>
      <w:r w:rsidR="0064317C" w:rsidRPr="0064317C">
        <w:rPr>
          <w:sz w:val="24"/>
          <w:szCs w:val="24"/>
        </w:rPr>
        <w:t>három</w:t>
      </w:r>
      <w:proofErr w:type="spellEnd"/>
      <w:r w:rsidR="0064317C" w:rsidRPr="0064317C">
        <w:rPr>
          <w:sz w:val="24"/>
          <w:szCs w:val="24"/>
        </w:rPr>
        <w:t xml:space="preserve"> </w:t>
      </w:r>
      <w:proofErr w:type="spellStart"/>
      <w:r w:rsidR="0064317C" w:rsidRPr="0064317C">
        <w:rPr>
          <w:sz w:val="24"/>
          <w:szCs w:val="24"/>
        </w:rPr>
        <w:t>előnyt</w:t>
      </w:r>
      <w:proofErr w:type="spellEnd"/>
      <w:r w:rsidR="0064317C" w:rsidRPr="0064317C">
        <w:rPr>
          <w:sz w:val="24"/>
          <w:szCs w:val="24"/>
        </w:rPr>
        <w:t xml:space="preserve">, amelyet a szöveg a </w:t>
      </w:r>
      <w:proofErr w:type="spellStart"/>
      <w:r w:rsidR="0064317C" w:rsidRPr="0064317C">
        <w:rPr>
          <w:sz w:val="24"/>
          <w:szCs w:val="24"/>
        </w:rPr>
        <w:t>puli</w:t>
      </w:r>
      <w:proofErr w:type="spellEnd"/>
      <w:r w:rsidR="0064317C" w:rsidRPr="0064317C">
        <w:rPr>
          <w:sz w:val="24"/>
          <w:szCs w:val="24"/>
        </w:rPr>
        <w:t xml:space="preserve"> </w:t>
      </w:r>
      <w:proofErr w:type="spellStart"/>
      <w:r w:rsidR="0064317C" w:rsidRPr="0064317C">
        <w:rPr>
          <w:sz w:val="24"/>
          <w:szCs w:val="24"/>
        </w:rPr>
        <w:t>tartásával</w:t>
      </w:r>
      <w:proofErr w:type="spellEnd"/>
      <w:r w:rsidR="0064317C" w:rsidRPr="0064317C">
        <w:rPr>
          <w:sz w:val="24"/>
          <w:szCs w:val="24"/>
        </w:rPr>
        <w:t xml:space="preserve"> </w:t>
      </w:r>
      <w:proofErr w:type="spellStart"/>
      <w:r w:rsidR="0064317C" w:rsidRPr="0064317C">
        <w:rPr>
          <w:sz w:val="24"/>
          <w:szCs w:val="24"/>
        </w:rPr>
        <w:t>kapcsolatban</w:t>
      </w:r>
      <w:proofErr w:type="spellEnd"/>
      <w:r w:rsidR="0064317C" w:rsidRPr="0064317C">
        <w:rPr>
          <w:sz w:val="24"/>
          <w:szCs w:val="24"/>
        </w:rPr>
        <w:t xml:space="preserve"> </w:t>
      </w:r>
      <w:proofErr w:type="spellStart"/>
      <w:r w:rsidR="0064317C" w:rsidRPr="0064317C">
        <w:rPr>
          <w:sz w:val="24"/>
          <w:szCs w:val="24"/>
        </w:rPr>
        <w:t>említ</w:t>
      </w:r>
      <w:proofErr w:type="spellEnd"/>
      <w:r w:rsidR="0064317C" w:rsidRPr="0064317C">
        <w:rPr>
          <w:sz w:val="24"/>
          <w:szCs w:val="24"/>
        </w:rPr>
        <w:t>!</w:t>
      </w:r>
    </w:p>
    <w:p w14:paraId="485D4C80" w14:textId="5998D27D" w:rsidR="00902923" w:rsidRPr="0064317C" w:rsidRDefault="0064317C" w:rsidP="00902923">
      <w:pPr>
        <w:spacing w:after="140"/>
        <w:rPr>
          <w:sz w:val="24"/>
          <w:szCs w:val="24"/>
        </w:rPr>
      </w:pPr>
      <w:r w:rsidRPr="0064317C">
        <w:rPr>
          <w:sz w:val="24"/>
          <w:szCs w:val="24"/>
        </w:rPr>
        <w:t>________________________________________________________________________</w:t>
      </w:r>
    </w:p>
    <w:p w14:paraId="6DE90357" w14:textId="49F3AC98" w:rsidR="004B3D6D" w:rsidRPr="0064317C" w:rsidRDefault="00902923" w:rsidP="00902923">
      <w:pPr>
        <w:spacing w:after="140"/>
        <w:rPr>
          <w:sz w:val="24"/>
          <w:szCs w:val="24"/>
        </w:rPr>
      </w:pPr>
      <w:r w:rsidRPr="0064317C">
        <w:rPr>
          <w:sz w:val="24"/>
          <w:szCs w:val="24"/>
        </w:rPr>
        <w:br/>
      </w:r>
      <w:r w:rsidR="0064317C" w:rsidRPr="0064317C">
        <w:rPr>
          <w:sz w:val="24"/>
          <w:szCs w:val="24"/>
        </w:rPr>
        <w:t>________________________________________________________________________</w:t>
      </w:r>
    </w:p>
    <w:p w14:paraId="5E4477D9" w14:textId="77777777" w:rsidR="004B3D6D" w:rsidRPr="0064317C" w:rsidRDefault="004B3D6D">
      <w:pPr>
        <w:rPr>
          <w:sz w:val="24"/>
          <w:szCs w:val="24"/>
        </w:rPr>
      </w:pPr>
    </w:p>
    <w:p w14:paraId="03B6A849" w14:textId="1F4A03F5" w:rsidR="004B3D6D" w:rsidRPr="0064317C" w:rsidRDefault="0064317C">
      <w:pPr>
        <w:spacing w:after="140"/>
        <w:rPr>
          <w:sz w:val="24"/>
          <w:szCs w:val="24"/>
        </w:rPr>
      </w:pPr>
      <w:r w:rsidRPr="0064317C">
        <w:rPr>
          <w:sz w:val="24"/>
          <w:szCs w:val="24"/>
        </w:rPr>
        <w:t>2</w:t>
      </w:r>
      <w:r w:rsidRPr="0064317C">
        <w:rPr>
          <w:sz w:val="24"/>
          <w:szCs w:val="24"/>
        </w:rPr>
        <w:t xml:space="preserve">. Hány kilogramm között van a </w:t>
      </w:r>
      <w:proofErr w:type="spellStart"/>
      <w:r w:rsidRPr="0064317C">
        <w:rPr>
          <w:sz w:val="24"/>
          <w:szCs w:val="24"/>
        </w:rPr>
        <w:t>puli</w:t>
      </w:r>
      <w:proofErr w:type="spellEnd"/>
      <w:r w:rsidRPr="0064317C">
        <w:rPr>
          <w:sz w:val="24"/>
          <w:szCs w:val="24"/>
        </w:rPr>
        <w:t xml:space="preserve"> </w:t>
      </w:r>
      <w:proofErr w:type="spellStart"/>
      <w:r w:rsidRPr="0064317C">
        <w:rPr>
          <w:sz w:val="24"/>
          <w:szCs w:val="24"/>
        </w:rPr>
        <w:t>testsúlya</w:t>
      </w:r>
      <w:proofErr w:type="spellEnd"/>
      <w:r w:rsidRPr="0064317C">
        <w:rPr>
          <w:sz w:val="24"/>
          <w:szCs w:val="24"/>
        </w:rPr>
        <w:t>?</w:t>
      </w:r>
      <w:r w:rsidRPr="0064317C">
        <w:rPr>
          <w:sz w:val="24"/>
          <w:szCs w:val="24"/>
        </w:rPr>
        <w:br/>
      </w:r>
      <w:r w:rsidRPr="0064317C">
        <w:rPr>
          <w:sz w:val="24"/>
          <w:szCs w:val="24"/>
        </w:rPr>
        <w:br/>
        <w:t>________________________________________________________________________</w:t>
      </w:r>
    </w:p>
    <w:p w14:paraId="1162B3F1" w14:textId="77777777" w:rsidR="004B3D6D" w:rsidRPr="0064317C" w:rsidRDefault="004B3D6D">
      <w:pPr>
        <w:rPr>
          <w:sz w:val="24"/>
          <w:szCs w:val="24"/>
        </w:rPr>
      </w:pPr>
    </w:p>
    <w:p w14:paraId="129DD99A" w14:textId="7586902A" w:rsidR="004B3D6D" w:rsidRPr="0064317C" w:rsidRDefault="0064317C">
      <w:pPr>
        <w:spacing w:after="140"/>
        <w:rPr>
          <w:sz w:val="24"/>
          <w:szCs w:val="24"/>
        </w:rPr>
      </w:pPr>
      <w:r w:rsidRPr="0064317C">
        <w:rPr>
          <w:sz w:val="24"/>
          <w:szCs w:val="24"/>
        </w:rPr>
        <w:t xml:space="preserve">4. Milyen a puli szőrzete? </w:t>
      </w:r>
      <w:proofErr w:type="spellStart"/>
      <w:r w:rsidRPr="0064317C">
        <w:rPr>
          <w:sz w:val="24"/>
          <w:szCs w:val="24"/>
        </w:rPr>
        <w:t>Írj</w:t>
      </w:r>
      <w:proofErr w:type="spellEnd"/>
      <w:r w:rsidRPr="0064317C">
        <w:rPr>
          <w:sz w:val="24"/>
          <w:szCs w:val="24"/>
        </w:rPr>
        <w:t xml:space="preserve"> </w:t>
      </w:r>
      <w:proofErr w:type="spellStart"/>
      <w:r w:rsidRPr="0064317C">
        <w:rPr>
          <w:sz w:val="24"/>
          <w:szCs w:val="24"/>
        </w:rPr>
        <w:t>legalább</w:t>
      </w:r>
      <w:proofErr w:type="spellEnd"/>
      <w:r w:rsidRPr="0064317C">
        <w:rPr>
          <w:sz w:val="24"/>
          <w:szCs w:val="24"/>
        </w:rPr>
        <w:t xml:space="preserve"> </w:t>
      </w:r>
      <w:proofErr w:type="spellStart"/>
      <w:r w:rsidRPr="0064317C">
        <w:rPr>
          <w:sz w:val="24"/>
          <w:szCs w:val="24"/>
        </w:rPr>
        <w:t>két</w:t>
      </w:r>
      <w:proofErr w:type="spellEnd"/>
      <w:r w:rsidRPr="0064317C">
        <w:rPr>
          <w:sz w:val="24"/>
          <w:szCs w:val="24"/>
        </w:rPr>
        <w:t xml:space="preserve"> </w:t>
      </w:r>
      <w:proofErr w:type="spellStart"/>
      <w:r w:rsidRPr="0064317C">
        <w:rPr>
          <w:sz w:val="24"/>
          <w:szCs w:val="24"/>
        </w:rPr>
        <w:t>jellemzőt</w:t>
      </w:r>
      <w:proofErr w:type="spellEnd"/>
      <w:r w:rsidRPr="0064317C">
        <w:rPr>
          <w:sz w:val="24"/>
          <w:szCs w:val="24"/>
        </w:rPr>
        <w:t>!</w:t>
      </w:r>
      <w:r w:rsidRPr="0064317C">
        <w:rPr>
          <w:sz w:val="24"/>
          <w:szCs w:val="24"/>
        </w:rPr>
        <w:br/>
      </w:r>
      <w:r w:rsidRPr="0064317C">
        <w:rPr>
          <w:sz w:val="24"/>
          <w:szCs w:val="24"/>
        </w:rPr>
        <w:br/>
        <w:t>________________________________________________________________________</w:t>
      </w:r>
    </w:p>
    <w:p w14:paraId="4CB1B380" w14:textId="77777777" w:rsidR="004B3D6D" w:rsidRPr="0064317C" w:rsidRDefault="004B3D6D">
      <w:pPr>
        <w:rPr>
          <w:sz w:val="24"/>
          <w:szCs w:val="24"/>
        </w:rPr>
      </w:pPr>
    </w:p>
    <w:p w14:paraId="58400513" w14:textId="46558402" w:rsidR="004B3D6D" w:rsidRPr="0064317C" w:rsidRDefault="0064317C">
      <w:pPr>
        <w:spacing w:after="140"/>
        <w:rPr>
          <w:sz w:val="24"/>
          <w:szCs w:val="24"/>
        </w:rPr>
      </w:pPr>
      <w:r w:rsidRPr="0064317C">
        <w:rPr>
          <w:sz w:val="24"/>
          <w:szCs w:val="24"/>
        </w:rPr>
        <w:t xml:space="preserve">5. Mire </w:t>
      </w:r>
      <w:proofErr w:type="spellStart"/>
      <w:r w:rsidRPr="0064317C">
        <w:rPr>
          <w:sz w:val="24"/>
          <w:szCs w:val="24"/>
        </w:rPr>
        <w:t>használták</w:t>
      </w:r>
      <w:proofErr w:type="spellEnd"/>
      <w:r w:rsidRPr="0064317C">
        <w:rPr>
          <w:sz w:val="24"/>
          <w:szCs w:val="24"/>
        </w:rPr>
        <w:t xml:space="preserve"> a </w:t>
      </w:r>
      <w:proofErr w:type="spellStart"/>
      <w:r w:rsidRPr="0064317C">
        <w:rPr>
          <w:sz w:val="24"/>
          <w:szCs w:val="24"/>
        </w:rPr>
        <w:t>puli</w:t>
      </w:r>
      <w:proofErr w:type="spellEnd"/>
      <w:r w:rsidRPr="0064317C">
        <w:rPr>
          <w:sz w:val="24"/>
          <w:szCs w:val="24"/>
        </w:rPr>
        <w:t xml:space="preserve"> </w:t>
      </w:r>
      <w:proofErr w:type="spellStart"/>
      <w:r w:rsidRPr="0064317C">
        <w:rPr>
          <w:sz w:val="24"/>
          <w:szCs w:val="24"/>
        </w:rPr>
        <w:t>őseit</w:t>
      </w:r>
      <w:proofErr w:type="spellEnd"/>
      <w:r w:rsidRPr="0064317C">
        <w:rPr>
          <w:sz w:val="24"/>
          <w:szCs w:val="24"/>
        </w:rPr>
        <w:t>?</w:t>
      </w:r>
      <w:r w:rsidRPr="0064317C">
        <w:rPr>
          <w:sz w:val="24"/>
          <w:szCs w:val="24"/>
        </w:rPr>
        <w:br/>
      </w:r>
      <w:r w:rsidRPr="0064317C">
        <w:rPr>
          <w:sz w:val="24"/>
          <w:szCs w:val="24"/>
        </w:rPr>
        <w:br/>
        <w:t>________________________________________________________________________</w:t>
      </w:r>
    </w:p>
    <w:p w14:paraId="10479486" w14:textId="77777777" w:rsidR="004B3D6D" w:rsidRPr="0064317C" w:rsidRDefault="004B3D6D">
      <w:pPr>
        <w:rPr>
          <w:sz w:val="24"/>
          <w:szCs w:val="24"/>
        </w:rPr>
      </w:pPr>
    </w:p>
    <w:p w14:paraId="2519942D" w14:textId="3713A14F" w:rsidR="004B3D6D" w:rsidRPr="0064317C" w:rsidRDefault="0064317C">
      <w:pPr>
        <w:rPr>
          <w:sz w:val="24"/>
          <w:szCs w:val="24"/>
        </w:rPr>
      </w:pPr>
      <w:r w:rsidRPr="0064317C">
        <w:rPr>
          <w:b/>
          <w:sz w:val="28"/>
          <w:szCs w:val="24"/>
        </w:rPr>
        <w:t xml:space="preserve">5. </w:t>
      </w:r>
      <w:proofErr w:type="spellStart"/>
      <w:r>
        <w:rPr>
          <w:b/>
          <w:sz w:val="28"/>
          <w:szCs w:val="24"/>
        </w:rPr>
        <w:t>Kösd</w:t>
      </w:r>
      <w:proofErr w:type="spellEnd"/>
      <w:r>
        <w:rPr>
          <w:b/>
          <w:sz w:val="28"/>
          <w:szCs w:val="24"/>
        </w:rPr>
        <w:t xml:space="preserve"> </w:t>
      </w:r>
      <w:proofErr w:type="spellStart"/>
      <w:r>
        <w:rPr>
          <w:b/>
          <w:sz w:val="28"/>
          <w:szCs w:val="24"/>
        </w:rPr>
        <w:t>össze</w:t>
      </w:r>
      <w:proofErr w:type="spellEnd"/>
      <w:r>
        <w:rPr>
          <w:b/>
          <w:sz w:val="28"/>
          <w:szCs w:val="24"/>
        </w:rPr>
        <w:t xml:space="preserve"> </w:t>
      </w:r>
      <w:r w:rsidRPr="0064317C">
        <w:rPr>
          <w:b/>
          <w:sz w:val="28"/>
          <w:szCs w:val="24"/>
        </w:rPr>
        <w:t xml:space="preserve">a </w:t>
      </w:r>
      <w:proofErr w:type="spellStart"/>
      <w:r w:rsidRPr="0064317C">
        <w:rPr>
          <w:b/>
          <w:sz w:val="28"/>
          <w:szCs w:val="24"/>
        </w:rPr>
        <w:t>fogalmakat</w:t>
      </w:r>
      <w:proofErr w:type="spellEnd"/>
      <w:r w:rsidRPr="0064317C">
        <w:rPr>
          <w:b/>
          <w:sz w:val="28"/>
          <w:szCs w:val="24"/>
        </w:rPr>
        <w:t xml:space="preserve"> a </w:t>
      </w:r>
      <w:proofErr w:type="spellStart"/>
      <w:r w:rsidRPr="0064317C">
        <w:rPr>
          <w:b/>
          <w:sz w:val="28"/>
          <w:szCs w:val="24"/>
        </w:rPr>
        <w:t>hozzájuk</w:t>
      </w:r>
      <w:proofErr w:type="spellEnd"/>
      <w:r w:rsidRPr="0064317C">
        <w:rPr>
          <w:b/>
          <w:sz w:val="28"/>
          <w:szCs w:val="24"/>
        </w:rPr>
        <w:t xml:space="preserve"> </w:t>
      </w:r>
      <w:proofErr w:type="spellStart"/>
      <w:r w:rsidRPr="0064317C">
        <w:rPr>
          <w:b/>
          <w:sz w:val="28"/>
          <w:szCs w:val="24"/>
        </w:rPr>
        <w:t>tartozó</w:t>
      </w:r>
      <w:proofErr w:type="spellEnd"/>
      <w:r w:rsidRPr="0064317C">
        <w:rPr>
          <w:b/>
          <w:sz w:val="28"/>
          <w:szCs w:val="24"/>
        </w:rPr>
        <w:t xml:space="preserve"> </w:t>
      </w:r>
      <w:proofErr w:type="spellStart"/>
      <w:r w:rsidRPr="0064317C">
        <w:rPr>
          <w:b/>
          <w:sz w:val="28"/>
          <w:szCs w:val="24"/>
        </w:rPr>
        <w:t>állításokkal</w:t>
      </w:r>
      <w:proofErr w:type="spellEnd"/>
      <w:r w:rsidRPr="0064317C">
        <w:rPr>
          <w:b/>
          <w:sz w:val="28"/>
          <w:szCs w:val="24"/>
        </w:rPr>
        <w:t>!</w:t>
      </w:r>
    </w:p>
    <w:p w14:paraId="61563E5D" w14:textId="77777777" w:rsidR="004B3D6D" w:rsidRPr="0064317C" w:rsidRDefault="004B3D6D">
      <w:pPr>
        <w:rPr>
          <w:sz w:val="24"/>
          <w:szCs w:val="24"/>
        </w:rPr>
      </w:pPr>
    </w:p>
    <w:p w14:paraId="44A36295" w14:textId="4BDC36BB" w:rsidR="004B3D6D" w:rsidRPr="0064317C" w:rsidRDefault="0064317C">
      <w:pPr>
        <w:rPr>
          <w:sz w:val="24"/>
          <w:szCs w:val="24"/>
        </w:rPr>
      </w:pPr>
      <w:r w:rsidRPr="0064317C">
        <w:rPr>
          <w:sz w:val="24"/>
          <w:szCs w:val="24"/>
        </w:rPr>
        <w:t xml:space="preserve">1. intelligens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4317C">
        <w:rPr>
          <w:sz w:val="24"/>
          <w:szCs w:val="24"/>
        </w:rPr>
        <w:t xml:space="preserve"> A) 13–15 kg közötti</w:t>
      </w:r>
    </w:p>
    <w:p w14:paraId="4B09BE14" w14:textId="77777777" w:rsidR="004B3D6D" w:rsidRPr="0064317C" w:rsidRDefault="004B3D6D">
      <w:pPr>
        <w:rPr>
          <w:sz w:val="24"/>
          <w:szCs w:val="24"/>
        </w:rPr>
      </w:pPr>
    </w:p>
    <w:p w14:paraId="4FCDD7D6" w14:textId="7871A022" w:rsidR="004B3D6D" w:rsidRPr="0064317C" w:rsidRDefault="0064317C">
      <w:pPr>
        <w:rPr>
          <w:sz w:val="24"/>
          <w:szCs w:val="24"/>
        </w:rPr>
      </w:pPr>
      <w:r w:rsidRPr="0064317C">
        <w:rPr>
          <w:sz w:val="24"/>
          <w:szCs w:val="24"/>
        </w:rPr>
        <w:t xml:space="preserve">2. testsúly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4317C">
        <w:rPr>
          <w:sz w:val="24"/>
          <w:szCs w:val="24"/>
        </w:rPr>
        <w:t xml:space="preserve"> B) jól alkalmazkodik</w:t>
      </w:r>
    </w:p>
    <w:p w14:paraId="26DE0D07" w14:textId="77777777" w:rsidR="004B3D6D" w:rsidRPr="0064317C" w:rsidRDefault="004B3D6D">
      <w:pPr>
        <w:rPr>
          <w:sz w:val="24"/>
          <w:szCs w:val="24"/>
        </w:rPr>
      </w:pPr>
    </w:p>
    <w:p w14:paraId="2FA688AE" w14:textId="1C6E97AB" w:rsidR="004B3D6D" w:rsidRPr="0064317C" w:rsidRDefault="0064317C">
      <w:pPr>
        <w:rPr>
          <w:sz w:val="24"/>
          <w:szCs w:val="24"/>
        </w:rPr>
      </w:pPr>
      <w:r w:rsidRPr="0064317C">
        <w:rPr>
          <w:sz w:val="24"/>
          <w:szCs w:val="24"/>
        </w:rPr>
        <w:t xml:space="preserve">3. </w:t>
      </w:r>
      <w:proofErr w:type="spellStart"/>
      <w:r w:rsidRPr="0064317C">
        <w:rPr>
          <w:sz w:val="24"/>
          <w:szCs w:val="24"/>
        </w:rPr>
        <w:t>alkalmazkodó</w:t>
      </w:r>
      <w:proofErr w:type="spellEnd"/>
      <w:r w:rsidRPr="0064317C">
        <w:rPr>
          <w:sz w:val="24"/>
          <w:szCs w:val="24"/>
        </w:rPr>
        <w:t xml:space="preserve">       </w:t>
      </w:r>
      <w:r>
        <w:rPr>
          <w:sz w:val="24"/>
          <w:szCs w:val="24"/>
        </w:rPr>
        <w:tab/>
      </w:r>
      <w:r w:rsidRPr="0064317C">
        <w:rPr>
          <w:sz w:val="24"/>
          <w:szCs w:val="24"/>
        </w:rPr>
        <w:t xml:space="preserve">C) </w:t>
      </w:r>
      <w:proofErr w:type="spellStart"/>
      <w:r w:rsidRPr="0064317C">
        <w:rPr>
          <w:sz w:val="24"/>
          <w:szCs w:val="24"/>
        </w:rPr>
        <w:t>rendkívül</w:t>
      </w:r>
      <w:proofErr w:type="spellEnd"/>
      <w:r w:rsidRPr="0064317C">
        <w:rPr>
          <w:sz w:val="24"/>
          <w:szCs w:val="24"/>
        </w:rPr>
        <w:t xml:space="preserve"> </w:t>
      </w:r>
      <w:proofErr w:type="spellStart"/>
      <w:r w:rsidRPr="0064317C">
        <w:rPr>
          <w:sz w:val="24"/>
          <w:szCs w:val="24"/>
        </w:rPr>
        <w:t>okos</w:t>
      </w:r>
      <w:proofErr w:type="spellEnd"/>
    </w:p>
    <w:p w14:paraId="22D64B76" w14:textId="77777777" w:rsidR="004B3D6D" w:rsidRPr="0064317C" w:rsidRDefault="004B3D6D">
      <w:pPr>
        <w:rPr>
          <w:sz w:val="24"/>
          <w:szCs w:val="24"/>
        </w:rPr>
      </w:pPr>
    </w:p>
    <w:p w14:paraId="1219B5F4" w14:textId="4D99C83F" w:rsidR="004B3D6D" w:rsidRPr="0064317C" w:rsidRDefault="0064317C">
      <w:pPr>
        <w:rPr>
          <w:sz w:val="24"/>
          <w:szCs w:val="24"/>
        </w:rPr>
      </w:pPr>
      <w:r w:rsidRPr="0064317C">
        <w:rPr>
          <w:sz w:val="24"/>
          <w:szCs w:val="24"/>
        </w:rPr>
        <w:t xml:space="preserve">4. </w:t>
      </w:r>
      <w:proofErr w:type="spellStart"/>
      <w:r w:rsidRPr="0064317C">
        <w:rPr>
          <w:sz w:val="24"/>
          <w:szCs w:val="24"/>
        </w:rPr>
        <w:t>terelőkutya</w:t>
      </w:r>
      <w:proofErr w:type="spellEnd"/>
      <w:r w:rsidRPr="0064317C"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4317C">
        <w:rPr>
          <w:sz w:val="24"/>
          <w:szCs w:val="24"/>
        </w:rPr>
        <w:t xml:space="preserve">D) </w:t>
      </w:r>
      <w:proofErr w:type="spellStart"/>
      <w:r w:rsidRPr="0064317C">
        <w:rPr>
          <w:sz w:val="24"/>
          <w:szCs w:val="24"/>
        </w:rPr>
        <w:t>pásztorkutyaként</w:t>
      </w:r>
      <w:proofErr w:type="spellEnd"/>
      <w:r w:rsidRPr="0064317C">
        <w:rPr>
          <w:sz w:val="24"/>
          <w:szCs w:val="24"/>
        </w:rPr>
        <w:t xml:space="preserve"> </w:t>
      </w:r>
      <w:proofErr w:type="spellStart"/>
      <w:r w:rsidRPr="0064317C">
        <w:rPr>
          <w:sz w:val="24"/>
          <w:szCs w:val="24"/>
        </w:rPr>
        <w:t>dolgozik</w:t>
      </w:r>
      <w:proofErr w:type="spellEnd"/>
    </w:p>
    <w:p w14:paraId="5D3C4A14" w14:textId="77777777" w:rsidR="004B3D6D" w:rsidRDefault="004B3D6D"/>
    <w:p w14:paraId="1D26FD8F" w14:textId="1E8E0446" w:rsidR="004B3D6D" w:rsidRDefault="004B3D6D"/>
    <w:sectPr w:rsidR="004B3D6D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E9B1D6A"/>
    <w:multiLevelType w:val="hybridMultilevel"/>
    <w:tmpl w:val="712AF58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9788878">
    <w:abstractNumId w:val="8"/>
  </w:num>
  <w:num w:numId="2" w16cid:durableId="1475560560">
    <w:abstractNumId w:val="6"/>
  </w:num>
  <w:num w:numId="3" w16cid:durableId="2119835622">
    <w:abstractNumId w:val="5"/>
  </w:num>
  <w:num w:numId="4" w16cid:durableId="1058895650">
    <w:abstractNumId w:val="4"/>
  </w:num>
  <w:num w:numId="5" w16cid:durableId="1648823896">
    <w:abstractNumId w:val="7"/>
  </w:num>
  <w:num w:numId="6" w16cid:durableId="1562062149">
    <w:abstractNumId w:val="3"/>
  </w:num>
  <w:num w:numId="7" w16cid:durableId="1249729183">
    <w:abstractNumId w:val="2"/>
  </w:num>
  <w:num w:numId="8" w16cid:durableId="526482189">
    <w:abstractNumId w:val="1"/>
  </w:num>
  <w:num w:numId="9" w16cid:durableId="97411285">
    <w:abstractNumId w:val="0"/>
  </w:num>
  <w:num w:numId="10" w16cid:durableId="68860849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47998"/>
    <w:rsid w:val="004B3D6D"/>
    <w:rsid w:val="0064317C"/>
    <w:rsid w:val="00902923"/>
    <w:rsid w:val="00AA1D8D"/>
    <w:rsid w:val="00B47730"/>
    <w:rsid w:val="00CB0664"/>
    <w:rsid w:val="00E5349A"/>
    <w:rsid w:val="00F1184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D4DD01"/>
  <w14:defaultImageDpi w14:val="300"/>
  <w15:docId w15:val="{75787BBA-6D68-468D-B0B1-39C141868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  <w:rPr>
      <w:rFonts w:ascii="Arial" w:hAnsi="Arial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298</Words>
  <Characters>2058</Characters>
  <Application>Microsoft Office Word</Application>
  <DocSecurity>0</DocSecurity>
  <Lines>17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2352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Guzina Zsófia</cp:lastModifiedBy>
  <cp:revision>3</cp:revision>
  <dcterms:created xsi:type="dcterms:W3CDTF">2013-12-23T23:15:00Z</dcterms:created>
  <dcterms:modified xsi:type="dcterms:W3CDTF">2026-09-09T11:55:00Z</dcterms:modified>
  <cp:category/>
</cp:coreProperties>
</file>